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F1D" w:rsidRDefault="00CE0F1D" w:rsidP="00CE0F1D">
      <w:pPr>
        <w:rPr>
          <w:lang w:val="es-MX"/>
        </w:rPr>
      </w:pPr>
      <w:r>
        <w:rPr>
          <w:lang w:val="es-MX"/>
        </w:rPr>
        <w:t>19 de noviembre de 2025</w:t>
      </w:r>
    </w:p>
    <w:p w:rsidR="00CE0F1D" w:rsidRDefault="00CE0F1D" w:rsidP="00CE0F1D">
      <w:pPr>
        <w:rPr>
          <w:lang w:val="es-MX"/>
        </w:rPr>
      </w:pPr>
      <w:r>
        <w:rPr>
          <w:lang w:val="es-MX"/>
        </w:rPr>
        <w:t>Hermosillo, Sonora</w:t>
      </w:r>
    </w:p>
    <w:p w:rsidR="001C58EE" w:rsidRPr="00CE0F1D" w:rsidRDefault="00000000">
      <w:pPr>
        <w:pStyle w:val="Ttulo1"/>
        <w:rPr>
          <w:lang w:val="es-MX"/>
        </w:rPr>
      </w:pPr>
      <w:r w:rsidRPr="00CE0F1D">
        <w:rPr>
          <w:lang w:val="es-MX"/>
        </w:rPr>
        <w:t>CARTA DE COMPROBANTE DE DOMICILIO</w:t>
      </w:r>
    </w:p>
    <w:p w:rsidR="00CE0F1D" w:rsidRPr="00CE0F1D" w:rsidRDefault="00CE0F1D" w:rsidP="00CE0F1D">
      <w:pPr>
        <w:rPr>
          <w:lang w:val="es-MX"/>
        </w:rPr>
      </w:pPr>
    </w:p>
    <w:p w:rsidR="001C58EE" w:rsidRPr="00CE0F1D" w:rsidRDefault="00000000">
      <w:pPr>
        <w:rPr>
          <w:lang w:val="es-MX"/>
        </w:rPr>
      </w:pPr>
      <w:r w:rsidRPr="00CE0F1D">
        <w:rPr>
          <w:lang w:val="es-MX"/>
        </w:rPr>
        <w:t>A quien corresponda:</w:t>
      </w:r>
      <w:r w:rsidRPr="00CE0F1D">
        <w:rPr>
          <w:lang w:val="es-MX"/>
        </w:rPr>
        <w:br/>
      </w:r>
    </w:p>
    <w:p w:rsidR="001C58EE" w:rsidRPr="00CE0F1D" w:rsidRDefault="00000000">
      <w:pPr>
        <w:rPr>
          <w:lang w:val="es-MX"/>
        </w:rPr>
      </w:pPr>
      <w:r w:rsidRPr="00CE0F1D">
        <w:rPr>
          <w:lang w:val="es-MX"/>
        </w:rPr>
        <w:t>Por medio de la presente, yo, Jesús Manuel Basurto Valenzuela, manifiesto que mi domicilio particular es:</w:t>
      </w:r>
      <w:r w:rsidRPr="00CE0F1D">
        <w:rPr>
          <w:lang w:val="es-MX"/>
        </w:rPr>
        <w:br/>
      </w:r>
      <w:r w:rsidRPr="00CE0F1D">
        <w:rPr>
          <w:lang w:val="es-MX"/>
        </w:rPr>
        <w:br/>
        <w:t>Maratea #14, Colonia Rivello Residencial.</w:t>
      </w:r>
      <w:r w:rsidRPr="00CE0F1D">
        <w:rPr>
          <w:lang w:val="es-MX"/>
        </w:rPr>
        <w:br/>
      </w:r>
      <w:r w:rsidRPr="00CE0F1D">
        <w:rPr>
          <w:lang w:val="es-MX"/>
        </w:rPr>
        <w:br/>
        <w:t>Asimismo, hago constar que mi domicilio laboral se encuentra en:</w:t>
      </w:r>
      <w:r w:rsidRPr="00CE0F1D">
        <w:rPr>
          <w:lang w:val="es-MX"/>
        </w:rPr>
        <w:br/>
      </w:r>
      <w:r w:rsidRPr="00CE0F1D">
        <w:rPr>
          <w:lang w:val="es-MX"/>
        </w:rPr>
        <w:br/>
      </w:r>
      <w:r w:rsidR="004778B4">
        <w:rPr>
          <w:lang w:val="es-MX"/>
        </w:rPr>
        <w:t>Campodonico #8</w:t>
      </w:r>
      <w:r w:rsidR="00CE0F1D">
        <w:rPr>
          <w:lang w:val="es-MX"/>
        </w:rPr>
        <w:t>, colonia Centenario.</w:t>
      </w:r>
      <w:r w:rsidRPr="00CE0F1D">
        <w:rPr>
          <w:lang w:val="es-MX"/>
        </w:rPr>
        <w:br/>
      </w:r>
      <w:r w:rsidRPr="00CE0F1D">
        <w:rPr>
          <w:lang w:val="es-MX"/>
        </w:rPr>
        <w:br/>
        <w:t>Extiendo la presente para los fines que se consideren pertinentes.</w:t>
      </w:r>
      <w:r w:rsidRPr="00CE0F1D">
        <w:rPr>
          <w:lang w:val="es-MX"/>
        </w:rPr>
        <w:br/>
      </w:r>
      <w:r w:rsidRPr="00CE0F1D">
        <w:rPr>
          <w:lang w:val="es-MX"/>
        </w:rPr>
        <w:br/>
        <w:t>Sin más por el momento, quedo a sus órdenes para cualquier aclaración.</w:t>
      </w:r>
    </w:p>
    <w:p w:rsidR="00CE0F1D" w:rsidRPr="00CE0F1D" w:rsidRDefault="00000000" w:rsidP="00CE0F1D">
      <w:pPr>
        <w:rPr>
          <w:lang w:val="es-MX"/>
        </w:rPr>
      </w:pPr>
      <w:r w:rsidRPr="00CE0F1D">
        <w:rPr>
          <w:lang w:val="es-MX"/>
        </w:rPr>
        <w:br/>
        <w:t>Atentamente,</w:t>
      </w:r>
      <w:r w:rsidRPr="00CE0F1D">
        <w:rPr>
          <w:lang w:val="es-MX"/>
        </w:rPr>
        <w:br/>
      </w:r>
      <w:r w:rsidRPr="00CE0F1D">
        <w:rPr>
          <w:lang w:val="es-MX"/>
        </w:rPr>
        <w:br/>
      </w:r>
      <w:r w:rsidRPr="00CE0F1D">
        <w:rPr>
          <w:lang w:val="es-MX"/>
        </w:rPr>
        <w:br/>
        <w:t>__________________________</w:t>
      </w:r>
      <w:r w:rsidRPr="00CE0F1D">
        <w:rPr>
          <w:lang w:val="es-MX"/>
        </w:rPr>
        <w:br/>
        <w:t>Jesús Manuel Basurto Valenzuela</w:t>
      </w:r>
      <w:r w:rsidRPr="00CE0F1D">
        <w:rPr>
          <w:lang w:val="es-MX"/>
        </w:rPr>
        <w:br/>
      </w:r>
    </w:p>
    <w:sectPr w:rsidR="00CE0F1D" w:rsidRPr="00CE0F1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3637363">
    <w:abstractNumId w:val="8"/>
  </w:num>
  <w:num w:numId="2" w16cid:durableId="837039837">
    <w:abstractNumId w:val="6"/>
  </w:num>
  <w:num w:numId="3" w16cid:durableId="210575543">
    <w:abstractNumId w:val="5"/>
  </w:num>
  <w:num w:numId="4" w16cid:durableId="1322586940">
    <w:abstractNumId w:val="4"/>
  </w:num>
  <w:num w:numId="5" w16cid:durableId="661858653">
    <w:abstractNumId w:val="7"/>
  </w:num>
  <w:num w:numId="6" w16cid:durableId="515925460">
    <w:abstractNumId w:val="3"/>
  </w:num>
  <w:num w:numId="7" w16cid:durableId="707418919">
    <w:abstractNumId w:val="2"/>
  </w:num>
  <w:num w:numId="8" w16cid:durableId="174732303">
    <w:abstractNumId w:val="1"/>
  </w:num>
  <w:num w:numId="9" w16cid:durableId="4988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8EE"/>
    <w:rsid w:val="0029639D"/>
    <w:rsid w:val="00326F90"/>
    <w:rsid w:val="004778B4"/>
    <w:rsid w:val="00AA1D8D"/>
    <w:rsid w:val="00B47730"/>
    <w:rsid w:val="00CB0664"/>
    <w:rsid w:val="00CE0F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3C269A"/>
  <w14:defaultImageDpi w14:val="300"/>
  <w15:docId w15:val="{FC7E7023-DD54-CA4B-BB55-482F5235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2025-11-19T18:55:00Z</dcterms:modified>
  <cp:category/>
</cp:coreProperties>
</file>